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"International Plasma Awareness Week": Spender und Betroffene berichten vor Ort über das Thema Plasmaspende. Leben retten und Lebensqualität schenken.</w:t>
      </w:r>
    </w:p>
    <w:p>
      <w:r>
        <w:t>Textstand 30. September 2024</w:t>
      </w:r>
    </w:p>
    <w:p>
      <w:r>
        <w:t>Sehr geehrte Damen und Herren,</w:t>
      </w:r>
    </w:p>
    <w:p>
      <w:r>
        <w:t>wie können Plasmaspenden gleich mehrere Leben zum Positiven verändern?</w:t>
      </w:r>
    </w:p>
    <w:p>
      <w:r>
        <w:t>Die Gelegenheit, das herauszufinden, möchten wir Ihnen am</w:t>
      </w:r>
    </w:p>
    <w:p>
      <w:r>
        <w:t>MITTWOCH, 02. Oktober 2024, 13.30 h</w:t>
      </w:r>
    </w:p>
    <w:p>
      <w:r>
        <w:t>bei einem exklusiven Pressegespräch im</w:t>
      </w:r>
    </w:p>
    <w:p>
      <w:r>
        <w:t>Octapharma Spendezentrum Berlin-Spandau geben.</w:t>
      </w:r>
    </w:p>
    <w:p>
      <w:r>
        <w:t>Streitstraße 13 Carossa Quartier Uhrenturm, 5. OG</w:t>
      </w:r>
    </w:p>
    <w:p>
      <w:r>
        <w:t>Ihre Gesprächspartner:</w:t>
      </w:r>
    </w:p>
    <w:p>
      <w:pPr>
        <w:pStyle w:val="ListBullet"/>
      </w:pPr>
      <w:r>
        <w:t>Frank Bewig, Bezirksbürgermeister Berlin-Spandau</w:t>
      </w:r>
    </w:p>
    <w:p>
      <w:pPr>
        <w:pStyle w:val="ListBullet"/>
      </w:pPr>
      <w:r>
        <w:t>Tanja Franzke, Gesundheitsrätin Berlin-Spandau</w:t>
      </w:r>
    </w:p>
    <w:p>
      <w:pPr>
        <w:pStyle w:val="ListBullet"/>
      </w:pPr>
      <w:r>
        <w:t>Hubert Franzaring, Geschäftsführer Octapharma Plasma GmbH</w:t>
      </w:r>
    </w:p>
    <w:p>
      <w:pPr>
        <w:pStyle w:val="ListBullet"/>
      </w:pPr>
      <w:r>
        <w:t>Marco Schmidtchen, Spender und Mitarbeitender des Spendezentrums Berlin-Spandau</w:t>
      </w:r>
    </w:p>
    <w:p>
      <w:pPr>
        <w:pStyle w:val="ListBullet"/>
      </w:pPr>
      <w:r>
        <w:t>Claudia Will, Patientin, die auf Plasma-Spenden angewiesen ist, Verlobte von Marco Schmidtchen</w:t>
      </w:r>
    </w:p>
    <w:p>
      <w:pPr>
        <w:pStyle w:val="ListBullet"/>
      </w:pPr>
      <w:r>
        <w:t>Franzi Mundins, Leiterin des Spendezentrums Spandau</w:t>
      </w:r>
    </w:p>
    <w:p>
      <w:r>
        <w:t>Im Rahmen der" International Plasma Awareness Week" können Sie das Thema von mehreren Seiten beleuchten: Frank Bewig, Bezirksbürgermeister von Berlin-Spandau, gemeinsam mit der Gesundheitsrätin Tanja Franzke im Gespräch mit Zentrumsleiterin Franzi Mundins und Hubert Franzaring, Geschäftsführer der Octapharma Plasma GmbH umfassend über die bedeutende Rolle von Blutplasma-Spenden in der Region und darüber hinaus informieren.</w:t>
      </w:r>
    </w:p>
    <w:p>
      <w:r>
        <w:t>Über diese sachliche Ebene hinaus werden wir Ihnen zwei Menschen vorstellen , die eine besondere Beziehung zum Thema haben:</w:t>
      </w:r>
    </w:p>
    <w:p>
      <w:r>
        <w:t>Vor Ort werden Sie mit Marco Schmidtchen sprechen können, einem langjährigen Spender aus Spandau, der inzwischen Mitarbeitender des Spendezentrums ist und an diesem Tag die Spende live demonstriert.</w:t>
      </w:r>
    </w:p>
    <w:p>
      <w:r>
        <w:t>Ebenfalls zum Gespräch bereit ist seine Verlobte, Claudia Will , eine betroffene Patientin , die dringend auf Plasmaspenden angewiesen ist. Beide werden aus erster Hand davon berichten, wie die Plasmaspende ihr Leben zum Besseren verändert und nicht zuletzt auch ihre Liebe ermöglicht hat.</w:t>
      </w:r>
    </w:p>
    <w:p>
      <w:r>
        <w:t>Jede erste volle Woche im Oktober ist die " International Plasma Awareness Week". Sie steht weltweit im Namen der Plasmaspende, mit dem Ziel, die Spende bekannter zu machen und möglichst viele Menschen dafür zu sensibilisieren, welche Bedeutung jede einzelne Spende für zahlreiche Patient:innen auf dieser Welt hat.</w:t>
      </w:r>
    </w:p>
    <w:p>
      <w:r>
        <w:t>Wir freuen uns auf Ihre Teilnahme und interessante Gespräche.</w:t>
      </w:r>
    </w:p>
    <w:p>
      <w:r>
        <w:t>Pressegespräch Spendezentrum Spandau</w:t>
      </w:r>
    </w:p>
    <w:p>
      <w:r>
        <w:t>Wann: 02.10.2024, 13.30 h</w:t>
      </w:r>
    </w:p>
    <w:p>
      <w:r>
        <w:t>Wo : Spendezentrum Spandau</w:t>
      </w:r>
    </w:p>
    <w:p>
      <w:r>
        <w:t>Streitstraße 13 Carossa Quartier Uhrenturm, 5. OG</w:t>
      </w:r>
    </w:p>
    <w:p>
      <w:r>
        <w:t>Ihre Ansprechpartner vom Ort:</w:t>
      </w:r>
    </w:p>
    <w:p>
      <w:r>
        <w:t>Franzi Mundins, Leiterin des Spendezentrums Spandau</w:t>
      </w:r>
    </w:p>
    <w:p>
      <w:r>
        <w:t>Lorin Daniels, Octapharma Plasma GmbH</w:t>
      </w:r>
    </w:p>
    <w:p>
      <w:r>
        <w:t xml:space="preserve">Ja, ich komme zum Termin </w:t>
      </w:r>
    </w:p>
    <w:p>
      <w:r>
        <w:t>Für Rückfragen stehe ich gern zur Verfügung: Tel. 01721652555</w:t>
      </w:r>
    </w:p>
    <w:p>
      <w:r>
        <w:t>Danke für Ihr Interesse.</w:t>
      </w:r>
    </w:p>
    <w:p>
      <w:r>
        <w:t>Mit freundlichen Grüßen</w:t>
      </w:r>
    </w:p>
    <w:p>
      <w:r>
        <w:t>Angela Recino</w:t>
      </w:r>
    </w:p>
    <w:p>
      <w:r>
        <w:t>Bewegte Kommunikation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