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Teamgeist kennt kein Abseits</w:t>
      </w:r>
    </w:p>
    <w:p>
      <w:r>
        <w:t>Textstand 28. August 2026</w:t>
      </w:r>
    </w:p>
    <w:p>
      <w:pPr>
        <w:pStyle w:val="Heading2"/>
      </w:pPr>
      <w:r>
        <w:t>Warum BV-Bad-Lippspringe-Spieler Ronny Remers Blut und Plasma spendet</w:t>
      </w:r>
    </w:p>
    <w:p>
      <w:r>
        <w:t>Fußball ist für viele Menschen mehr als nur ein Spiel. Es geht um Zusammenhalt, Verantwortung und das gemeinsame Ziel, etwas zu bewegen. Für Ronny Remers aus Paderborn, 29-jähriger Torwart beim BV Bad Lippspringe, der mittlerweile allerdings eher für den Teamkiosk zuständig und zudem als Teamkoch im Einsatz ist, hört dieser Gedanke nicht am Spielfeldrand auf. Seit einiger Zeit engagiert er sich nicht nur für sein Team, sondern auch als Blut- und Plasmaspender – aus voller Überzeugung. „Sport und soziales Engagement gehören für mich einfach zusammen", sagt Remers. „Es ist ein starkes Statement einer Mannschaft, etwas für Menschen zu tun, die es brauchen."</w:t>
      </w:r>
    </w:p>
    <w:p>
      <w:pPr>
        <w:pStyle w:val="Heading2"/>
      </w:pPr>
      <w:r>
        <w:t>Vom ersten Gedanken zur ersten Spende</w:t>
      </w:r>
    </w:p>
    <w:p>
      <w:r>
        <w:t>Der Weg dorthin begann mit einer schlichten Überlegung. „Ich bin ein gesunder Mensch. Und irgendwann habe ich mir gedacht: Wenn ich so gesund bin, dann kann ich auch etwas für die Allgemeinheit tun." Auf der Suche nach einer Möglichkeit, sich gesellschaftlich einzubringen, stieß er auf die Blut- und Plasmaspende Paderborn in der Libori Galerie – damals nur wenige Minuten von seiner Wohnung entfernt. Ganz spurlos ging die Entscheidung nicht an ihm vorbei. „Wie läuft das ab? Was wird konkret gemacht? Tut es weh?" Vor der ersten Spende sei er aufgeregt gewesen – aber entschlossen. Vor Ort verflogen die Bedenken schnell. „Ich habe mich gut aufgehoben gefühlt, gut behandelt, gut betreut. Auf jeden Fall die richtige Entscheidung."</w:t>
      </w:r>
    </w:p>
    <w:p>
      <w:pPr>
        <w:pStyle w:val="Heading2"/>
      </w:pPr>
      <w:r>
        <w:t>Mitten in Paderborn: das Spendezentrum in der Libori Galerie</w:t>
      </w:r>
    </w:p>
    <w:p>
      <w:r>
        <w:t>Seit 2007 ist die Blut- und Plasmaspende in der Libori Galerie (Kamp 30 - 32) fester Bestandteil der Paderborner Innenstadt. Woche für Woche kommen zahlreiche Spenderinnen und Spender aus der Stadt und der Region hierher, um mit ihrer Blut- oder Plasmaspende anderen Menschen zu helfen. Vier Blutspendeplätze und 20 moderne Plasmaspendeliegen stehen dort zur Verfügung. Ein erfahrenes Team unter der Leitung von Carina Richter begleitet die Spenderinnen und Spender von der Anmeldung bis zur Nachbeobachtung. Neben medizinischer Sicherheit setzt das Zentrum dabei bewusst auf eine angenehme Atmosphäre und persönliche Betreuung – genau das, was Remers auch direkt überzeugt hat.</w:t>
      </w:r>
    </w:p>
    <w:p>
      <w:pPr>
        <w:pStyle w:val="Heading2"/>
      </w:pPr>
      <w:r>
        <w:t>Fairplay neben dem Rasen: vom Spender zum Botschafter</w:t>
      </w:r>
    </w:p>
    <w:p>
      <w:r>
        <w:t>Heute spendet Remers regelmäßig – doch bei den inzwischen 135 Spenden ist es nicht geblieben. Beim BV Bad Lippspringe kickt er auf dem Platz und packt davor und danach im Vereinskiosk mit an. Genau dort entstand die Idee, das Thema Blut- und Plasmaspende sichtbarer zu machen. Das Vereinsumfeld prägt er auf seine eigene Weise mit: Ein großes Banner trägt eine klare Botschaft – Fairplay endet nicht am Spielfeldrand. Am Kiosk steht ein Aufsteller mit Flyern, der erklärt, was eine Plasmaspende ist und wo man sie machen kann. „Das ist mein Beitrag für die Gesellschaft – zusätzlich zur eigenen Spende."</w:t>
      </w:r>
    </w:p>
    <w:p>
      <w:pPr>
        <w:pStyle w:val="Heading2"/>
      </w:pPr>
      <w:r>
        <w:t>Aufklären statt überreden</w:t>
      </w:r>
    </w:p>
    <w:p>
      <w:r>
        <w:t>In Gesprächen erlebt Remers immer wieder, dass viele Menschen zunächst mit gemischten Gefühlen reagieren. „Viele haben noch gar keine Berührungspunkte mit der Plasma- oder Blutspende. Da kommen Fragen, eine gewisse Skepsis ist auch dabei." Genau darin sieht er seine Aufgabe: zuhören, erklären, Vorbehalte abbauen. „Wenn man den Leuten schildert, was bei einer Spende passiert und wie die Betreuung aussieht, sind viele bereit, doch einfach mal reinzuschnuppern." Sein Rat fällt bewusst niedrigschwellig aus: „Komm doch einfach mal mit, schau es dir an – dann kannst du dich selbst überzeugen. Meistens sind die Leute überrascht, dass es gar nicht so schlimm ist." Den größten Hebel sieht er in mehr Information – über Social Media, persönliche Erfahrungsberichte und Mundpropaganda. „Viele wissen gar nicht, wie eine Spende abläuft oder ob man Ängste haben muss. Da helfen echte Geschichten oft am meisten."</w:t>
      </w:r>
    </w:p>
    <w:p>
      <w:pPr>
        <w:pStyle w:val="Heading2"/>
      </w:pPr>
      <w:r>
        <w:t>Teamgeist, der über das Spielfeld hinausreicht</w:t>
      </w:r>
    </w:p>
    <w:p>
      <w:r>
        <w:t xml:space="preserve">Das Engagement hat auch seinen Blick auf das eigene Leben verändert. „Man sollte die eigene Gesundheit nicht als Selbstverständlichkeit betrachten." Umso wichtiger sei es, etwas zurückzugeben – auch wenn man die Menschen, denen man hilft, nicht persönlich kenne. Wie sich das anfühlt, beschreibt er mit einem Lächeln in der Stimme. „Ich bin zufrieden, etwas Gutes getan zu haben. Ohne Erwartungshaltung, ohne dass ich etwas verlange." „Ronny ist ein echtes Vorbild", lobt Hubert Franzaring, Geschäftsführer von Octapharma Plasma in Deutschland, den Paderborner Botschafter für Blut- und Plasmaspenden. „Er erzählt von seiner eigenen Erfahrung, ohne zu belehren, und nimmt anderen damit die Berührungsängste.“ Auch sportlich zahlt sich die Kooperation aus. Von der Partnerschaft mit der Blut- und Plasmaspende Paderborn hat unter anderem das Trainingslager des BV-Bad-Lippspringe zu Saisonbeginn profitiert – drei Tage, die im Verein viel bewirkt haben. „Wir hatten Neuzugänge, die sich erst ins Team einfügen mussten. Im Trainingslager konnten wir echtes Teambuilding schaffen. Das hat uns als Mannschaft sehr weitergebracht." Zu sehen, wie ein Team zusammenwächst, ist für Remers das, was Sport ausmacht. Und vielleicht auch das, was ihn mit der Spenderliege verbindet – denn dort wie auf dem Platz gilt: Gemeinsam erreicht man mehr als allein. Mehr unter https://www.octapharmaplasma.de/standorte/paderborn/ </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