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 Jahre Plasmaspende Cottbus: Eine Stadt würdigt Engagement</w:t>
      </w:r>
    </w:p>
    <w:p>
      <w:r>
        <w:t>Textstand 21. Juli 2026</w:t>
      </w:r>
    </w:p>
    <w:p>
      <w:r>
        <w:t>Die Plasmaspende Cottbus feierte mit zahlreichen Gästen aus Politik, Sport und Stadtgesellschaft, langjährigen Spenderinnen und Spendern sowie vielen Wegbegleitern ihr 20-jähriges Bestehen. Die Jubiläumsveranstaltung machte deutlich, welchen festen Platz das Spendezentrum seit zwei Jahrzehnten in der Stadt einnimmt – als medizinischer Partner ebenso wie als engagierter Teil des gesellschaftlichen Lebens.</w:t>
      </w:r>
    </w:p>
    <w:p>
      <w:r>
        <w:t>Zu den Ehrengästen zählten Thomas Bergner, Dezernent für Ordnung, Sicherheit, Gesundheit, Sport und Bürgerservice der Stadt Cottbus, der die Glückwünsche des Oberbürgermeisters in dessen Vertretung überbrachte, Hendrik Köhler, Geschäftsführer der Octapharma Plasma GmbH, Regionalleiter Markus Schmidt sowie die Zentrumsleiterinnen Yvonne Kube und Gesine Schmidt. Mit Detlef Irrgang, ehemaligem Profifußballer und heute selbst regelmäßiger Plasmaspender, Torwart Marcel Lotka und Mittelfeldspieler Dominik Pelivan setzte auch der FC Energie Cottbus ein sichtbares Zeichen für gesellschaftliches Engagement.</w:t>
      </w:r>
    </w:p>
    <w:p>
      <w:r>
        <w:t>Verlässlichkeit, gesellschaftliche Verantwortung und gelebte Solidarität</w:t>
      </w:r>
    </w:p>
    <w:p>
      <w:r>
        <w:t>In seinem Grußwort würdigte Thomas Bergner die Bedeutung der Plasmaspende für die medizinische Versorgung und hob zugleich die enge Verbindung des Standorts zur Stadt hervor. Die Plasmaspende sei seit zwanzig Jahren Ausdruck von Verlässlichkeit, gesellschaftlicher Verantwortung und gelebter Solidarität. Zugleich betonte er die Rolle Cottbus' als wachsender Gesundheits- und Wissenschaftsstandort sowie das soziale Engagement des Teams – etwa für einen Integrationskindergarten und bei der Beteiligung an der „Nacht der kreativen Köpfe“.</w:t>
      </w:r>
    </w:p>
    <w:p>
      <w:r>
        <w:t>Ein besonderer Moment der Veranstaltung war die Ehrung langjähriger Spenderinnen und Spender. Stellvertretend für viele wurde Hans-Joachim Schubert ausgezeichnet, der bereits mehr als 1.100 Mal Plasma gespendet hat. Auch Sebastian Bubner, regelmäßiger Spender und engagiert bei der Initiative „Peitz bewegt sich“, sowie weitere langjährige Wegbegleiter des Standorts wurden für ihren außergewöhnlichen Einsatz gewürdigt.</w:t>
      </w:r>
    </w:p>
    <w:p>
      <w:r>
        <w:t>Plasmaspende Cottbus: gemeinsam mit der Stadt die Jubiläumstorte angeschnitten</w:t>
      </w:r>
    </w:p>
    <w:p>
      <w:r>
        <w:t>Den offiziellen Teil der Feier beschlossen die Zentrumsleiterinnen Yvonne Kube und Gesine Schmidt gemeinsam mit Gesundheitsdezernent Thomas Bergner beim Anschnitt der Jubiläumstorte. Der symbolische Moment stand für den Dank an alle Spenderinnen und Spender, Mitarbeitenden und Partner, die den Standort seit zwei Jahrzehnten begleiten.</w:t>
      </w:r>
    </w:p>
    <w:p>
      <w:r>
        <w:t>„20 Jahre Plasmaspende Cottbus wären ohne das Vertrauen unserer Spenderinnen und Spender nicht denkbar. Viele begleiten uns seit Jahren, manche sogar seit der Eröffnung unseres Standorts. Dieses Vertrauen erfüllt uns mit großer Dankbarkeit und macht dieses Jubiläum zu etwas ganz Besonderem“, sagt Yvonne Kube, Zentrumsleiterin der Plasmaspende Cottbus.</w:t>
      </w:r>
    </w:p>
    <w:p>
      <w:r>
        <w:t>Gesine Schmidt ergänzt: „Dieses Jubiläum zeigt, was möglich ist, wenn engagierte Menschen zusammenkommen. Unser Dank gilt nicht nur allen Spenderinnen und Spendern, sondern auch unserem Team und unseren Partnern in der Region. Gemeinsam möchten wir auch in Zukunft viele Menschen für die Plasmaspende begeistern.“</w:t>
      </w:r>
    </w:p>
    <w:p>
      <w:r>
        <w:t>Plasmaspende Cottbus - mehr als ein medizinischer Standort</w:t>
      </w:r>
    </w:p>
    <w:p>
      <w:r>
        <w:t>Auch Hendrik Köhler, Geschäftsführer der Octapharma Plasma GmbH, betonte die besondere Rolle des Standorts: „Die Plasmaspende Cottbus steht beispielhaft für das, was unsere Zentren auszeichnet: engagierte Mitarbeitende, treue Spenderinnen und Spender sowie eine enge Verbundenheit mit der Region. Gemeinsam leisten sie Tag für Tag einen unverzichtbaren Beitrag, damit Patientinnen und Patienten mit lebenswichtigen Medikamenten versorgt werden können.“</w:t>
      </w:r>
    </w:p>
    <w:p>
      <w:r>
        <w:t>Beim anschließenden Empfang nutzten viele Gäste die Gelegenheit zum persönlichen Austausch. Dabei wurde einmal mehr deutlich, dass die Plasmaspende Cottbus längst mehr ist als ein medizinischer Standort. Sie ist seit 20 Jahren ein fester Bestandteil des Cottbuser Stadtlebens – getragen von Menschen, die Verantwortung übernehmen und sich füreinander engagieren. Mehr unter &lt;https://www.octapharmaplasma.de/standorte/cottbus/&gt; Bildunterzeilen:</w:t>
      </w:r>
    </w:p>
    <w:p>
      <w:r>
        <w:t>Heldinnen mit Herz: das Team der Plasmaspende Cottbus unter der Leitung von Yvonne Kube und Gesine Schmidt (re.)</w:t>
      </w:r>
    </w:p>
    <w:p>
      <w:r>
        <w:t>Überbrachte die Glückwünsche des Oberbürgermeisters: Thomas Bergner (li.), Dezernent für Ordnung, Sicherheit, Gesundheit, Sport und Bürgerservice der Stadt Cottbus, kam in Vertretung von Tobias Schick und schnitt mit den Zentrumsleiterinnen Yvonne Kube (Mitte) und Gesine Schmidt (re.) die Jubiläumstorte an.</w:t>
      </w:r>
    </w:p>
    <w:p>
      <w:r>
        <w:t>Support aus dem Sport: Spieler vom FC Energie Cottbus kamen ebenfalls, um zu gratulieren und für die Bedeutung der Plasmaspende zu werben. Die Zentrumsleiterinnen Gesine Schmidt (li.) und Yvonne Kube (re.) begrüßten Torwart Marcel Lotka (2. v. li.) und Mittelfeld-Spieler Dominik Pelivan.</w:t>
      </w:r>
    </w:p>
    <w:p>
      <w:r>
        <w:t>Über Octapharma Plasma GmbH</w:t>
      </w:r>
    </w:p>
    <w:p>
      <w:r>
        <w:t xml:space="preserve">Die Octapharma Plasma GmbH ist eine hundertprozentige Tochtergesellschaft der Octapharma AG, einem weltweit tätigen familiengeführten Unternehmen mit Hauptsitz in Lachen / Schweiz. Die Octapharma mit insgesamt über 11.000 Mitarbeitenden ist auf die Gewinnung und Verarbeitung von Blutplasma zur Herstellung lebensrettender Medikamente im Bereich Hämophilie, Immunologie und Intensivmedizin spezialisiert. Octapharma stellt seine Produkte in 118 Ländern bereit und betreibt weltweit rund 200 Spendezentren, davon 21 allein in Deutschland. Die Octapharma Plasma GmbH mit Hauptsitz in Langenfeld beschäftigt über 600 Mitarbeitende. Gemeinsam mit ihren Spenderinnen und Spendern trägt sie seit mehr als 20 Jahren dazu bei, Deutschland und Europa mit Plasmaprodukten zu versorgen. So können viele Krankheiten behandelt, Organtransplantationen durchgeführt und Unfallopfer gerettet werden. Da Blut und Plasma nicht künstlich hergestellt werden können, bleiben Blut- und Plasmaspenden für die moderne Medizin auch in Zukunft lebenswichtig. Mehr unter  www.octapharmaplasma.de </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